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מושגים ספרותיים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בספרות כמו עלילה, דמות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כמו דימוי ומטאפורה בטקסטים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במושגים ספרותיים בכתיבה ובדיבור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על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כל מה שקורה בסיפור מההתחלה עד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השוואה עם מילת השוואה כמו כמו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השוואה בלי מילת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בעיה או מתח בין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סיפור קצר שמלמד מוסר השכל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מילים שנשמעות דומה בסוף 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 – המחבר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המספר יכול להיות דמות בסיפור או מספר מבחוץ שלא משתתף בעלילה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ההבדל בין דימוי למטאפורה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הקונפליקט יוצר מתח ועניין בעלילה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משל הוא בדרך כלל סיפור קצר שמלמד מוסר השכל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חרוז הוא מאפיין אופייני לשירה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המושג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משל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(כל מה שקורה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(אדם או יצור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(מי שמספר את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(מילים דומות בסוף שורות)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(סיפור קצר עם מוסר השכל)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דימוי משתמש במילת השוואה כמו כמו למשל הוא חזק כמו אריה, ומטאפורה לא משתמשת במילת השוואה למשל הוא אריה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מריבה בין שתי דמויות או מאבק של דמות נגד הטבע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המספר הוא זה שמעביר לנו את המידע על העלילה והדמויות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שיש חריזה בין שתי שורות לפחות ושימוש נכון במילת השוואה בדימוי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עלילה היא כל מה שקורה בסיפור מהתחלה לסוף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משתמש במילת השוואה ומטאפורה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לסיפור קצר עם מוסר השכל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החידון בקבוצות לפני מילוי הדף כדי לחזק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דוגמאות מהספרים שהתלמידים קוראים בכיתה כדי לחבר את המושגים לטקסטים מוכרים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להשמיט את הפריטים המסומנים ולהתמקד במושגי היסוד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מושגים ספרותיים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חשובות שעוזרות להבין סיפורים ושירים. המילים האלה נקראות מושגים ספרותיים.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מה שקורה בסיפור, מההתחלה עד הסוף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או יצור שמשתתף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שמספר לנו את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במילים כמו או כמו 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מטאפורה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בלי מילת השוואה, כאילו שני דברים הם אותו 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שנשמעות דומה בסוף שורות בשיר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קונפליקט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בעיה או מתח בין דמויות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קצר שמלמד מוסר השכל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 על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עלילה?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מקום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מה שקורה בסיפור מההתחלה עד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שמות הדמויות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הכותרת של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למי שמספר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המחבר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דימוי?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השוואה עם מילת השוואה כמו כמו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נרדפת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חרוז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מטאפורה?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 על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השוואה בלי מילת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סוף של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קונפליקט?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סוף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בעיה או מתח בין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הטבע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משל?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קצר שמלמד מוסר השכל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של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זה חרוז?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מילים שנשמעות דומה בסוף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דמות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מי כותב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הקורא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תמיד חייב להיות הדמות הראשית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משתמש במילות השוואה כמו כמו או כמו 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סיפור חייב להיות קונפליקט כלשהו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 הוא תמיד סיפור ארוך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חרוזים קיימים רק בשירים ולא בסיפורים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המושג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 מה שקורה בסיפור מההתחלה עד הסוף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שמספר לנו את הסיפור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השוואה עם מילת השוואה כמו כמו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השוואה בלי מילת השוואה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בעיה או מתח בין דמויות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סיפור קצר שמלמד מוסר השכל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מילים דומות בסוף שורות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 מה שקורה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אדם או יצור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חרוז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סיפור קצר עם מוסר השכל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שמספר את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בעזרת דוגמה מה ההבדל בין דימוי למטאפורה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לקונפליקט שיכול להופיע בסיפור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חשוב שיהיה מספר בכל 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שורות שיר הכוללות לפחות חרוז אחד ודימוי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העלילה של 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דימוי למטאפורה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מושגים ספרותיים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