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בספרות כמו עלילה, דמות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 ומטאפורה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ספרותיים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שקורה בסיפור מההתחלה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עם מילת השוואה כמו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בעיה או מתח בין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סיפור קצר שמלמד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מילים שנשמעות דומה בסוף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המחבר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יכול להיות דמות בסיפור או מספר מבחוץ שלא משתתף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ההבדל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הקונפליקט יוצר מתח ועניין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משל הוא בדרך כלל סיפור קצר שמלמד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חרוז הוא מאפיין אופייני לשירה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מה שקורה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(אדם או יצור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שמספר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(מילים דומות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(סיפור קצר עם מוסר השכל)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משתמש במילת השוואה כמו כמו למשל הוא חזק כמו אריה, ומטאפורה לא משתמשת במילת השוואה למשל הוא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מריבה בין שתי דמויות או מאבק של דמות נגד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המספר הוא זה שמעביר לנו את המידע על העלילה והדמויות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חריזה בין שתי שורות לפחות ושימוש נכון במילת השוואה בדימוי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עלילה היא כל מה שקורה בסיפור מהתחלה לסוף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 ומטאפורה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לסיפור קצר עם מוסר 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החידון בקבוצות לפני מילוי הדף כדי לחזק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דוגמאות מהספרים שהתלמידים קוראים בכיתה כדי לחבר את המושגים לטקסטים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ולהתמקד במושגי היסוד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ספרותיים חשובים שמופיעים בחידון הכיתתי. המושגים עוזרים לנו להבין ולנתח סיפורים ושירים בצורה מדויקת יותר.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העלילה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מקום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שקורה בסיפור מההתחלה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הכותרת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מספר לנו את הסיפור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עם מילת השוואה כמו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של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נקרא קונפליקט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או מתח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 שמלמד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חרוז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שנשמעות דומה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כותב את הסיפור בפועל?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תמיד חייב להיות הדמות הראשית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במילות השוואה כמו כמו או כמו 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סיפור חייב להיות קונפליקט כלשהו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הוא תמיד סיפור ארוך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חרוזים קיימים רק בשירים ולא בסיפורים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מה שקורה בסיפור מההתחלה עד הסוף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שמספר לנו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השוואה עם מילת השוואה כמו כמו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השוואה בלי מילת השוואה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בעיה או מתח בין דמויות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סיפור קצר שמלמד מוסר השכל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שמספר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קצר עם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מילים דומות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מה שקורה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או יצור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בעזרת דוגמה מה ההבדל בין דימוי למטאפורה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לקונפליקט שיכול להופיע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שיהיה מספר בכל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שיר הכוללות לפחות חרוז אחד ודימוי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העלילה של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